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7BE" w:rsidRDefault="00397BFF">
      <w:pPr>
        <w:spacing w:after="40"/>
        <w:jc w:val="center"/>
      </w:pPr>
      <w:r>
        <w:rPr>
          <w:b/>
          <w:sz w:val="26"/>
        </w:rPr>
        <w:t>Model Application Form</w:t>
      </w:r>
    </w:p>
    <w:p w:rsidR="00D577BE" w:rsidRPr="00555820" w:rsidRDefault="00397BFF">
      <w:pPr>
        <w:spacing w:after="40"/>
        <w:jc w:val="center"/>
        <w:rPr>
          <w:u w:val="single"/>
        </w:rPr>
      </w:pPr>
      <w:r w:rsidRPr="00555820">
        <w:rPr>
          <w:b/>
          <w:u w:val="single"/>
        </w:rPr>
        <w:t>Recruitment on a contract basis for the position of Legal Officer.</w:t>
      </w:r>
    </w:p>
    <w:p w:rsidR="00D577BE" w:rsidRDefault="00397BFF">
      <w:pPr>
        <w:spacing w:after="240"/>
        <w:jc w:val="center"/>
        <w:rPr>
          <w:b/>
          <w:u w:val="single"/>
        </w:rPr>
      </w:pPr>
      <w:r w:rsidRPr="00555820">
        <w:rPr>
          <w:b/>
          <w:u w:val="single"/>
        </w:rPr>
        <w:t>Department of Muslim Religious and Cultural Affairs.</w:t>
      </w:r>
    </w:p>
    <w:p w:rsidR="00555820" w:rsidRDefault="00555820">
      <w:pPr>
        <w:spacing w:after="40"/>
        <w:jc w:val="right"/>
        <w:rPr>
          <w:b/>
          <w:u w:val="single"/>
        </w:rPr>
      </w:pPr>
      <w:r>
        <w:rPr>
          <w:b/>
          <w:noProof/>
          <w:u w:val="single"/>
          <w:lang w:bidi="si-L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218440</wp:posOffset>
                </wp:positionV>
                <wp:extent cx="1971675" cy="3238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32385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98950E" id="Rectangle 1" o:spid="_x0000_s1026" style="position:absolute;margin-left:.15pt;margin-top:17.2pt;width:155.2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" fillcolor="white [3201]" strokecolor="black [3200]" strokeweight="1pt"/>
            </w:pict>
          </mc:Fallback>
        </mc:AlternateContent>
      </w:r>
    </w:p>
    <w:p w:rsidR="00555820" w:rsidRDefault="00555820">
      <w:pPr>
        <w:spacing w:after="40"/>
        <w:jc w:val="right"/>
        <w:rPr>
          <w:b/>
          <w:u w:val="single"/>
        </w:rPr>
      </w:pPr>
    </w:p>
    <w:p w:rsidR="00555820" w:rsidRDefault="00555820" w:rsidP="00555820">
      <w:pPr>
        <w:spacing w:after="40"/>
        <w:rPr>
          <w:i/>
          <w:sz w:val="19"/>
        </w:rPr>
      </w:pPr>
    </w:p>
    <w:p w:rsidR="00555820" w:rsidRDefault="00555820" w:rsidP="00555820">
      <w:pPr>
        <w:spacing w:after="40"/>
      </w:pPr>
      <w:r>
        <w:rPr>
          <w:i/>
          <w:sz w:val="19"/>
        </w:rPr>
        <w:t>(For office use only)</w:t>
      </w:r>
    </w:p>
    <w:p w:rsidR="00555820" w:rsidRDefault="00555820">
      <w:pPr>
        <w:spacing w:after="40"/>
        <w:rPr>
          <w:b/>
          <w:u w:val="single"/>
        </w:rPr>
      </w:pPr>
    </w:p>
    <w:p w:rsidR="00555820" w:rsidRDefault="006862AA" w:rsidP="00555820">
      <w:pPr>
        <w:pStyle w:val="ListParagraph"/>
        <w:numPr>
          <w:ilvl w:val="3"/>
          <w:numId w:val="10"/>
        </w:numPr>
        <w:spacing w:after="80"/>
      </w:pPr>
      <w:r>
        <w:t xml:space="preserve"> </w:t>
      </w:r>
      <w:r w:rsidR="00397BFF">
        <w:t xml:space="preserve">(Mr / Mrs / Miss) </w:t>
      </w:r>
      <w:r w:rsidR="00555820">
        <w:t>(In Sinhala / Tamil)</w:t>
      </w:r>
    </w:p>
    <w:p w:rsidR="00E51BEE" w:rsidRDefault="00E51BEE" w:rsidP="00E51BEE">
      <w:pPr>
        <w:spacing w:after="160"/>
        <w:ind w:firstLine="360"/>
      </w:pPr>
      <w:r>
        <w:t>............................................................................................................................................................................</w:t>
      </w:r>
    </w:p>
    <w:p w:rsidR="00555820" w:rsidRDefault="00397BFF" w:rsidP="00555820">
      <w:pPr>
        <w:pStyle w:val="ListParagraph"/>
        <w:numPr>
          <w:ilvl w:val="1"/>
          <w:numId w:val="11"/>
        </w:numPr>
        <w:spacing w:after="80"/>
      </w:pPr>
      <w:r>
        <w:t xml:space="preserve">Full Name : </w:t>
      </w:r>
      <w:r w:rsidR="00555820">
        <w:t>(In English block letters)</w:t>
      </w:r>
    </w:p>
    <w:p w:rsidR="00E51BEE" w:rsidRDefault="00E51BEE" w:rsidP="00E51BEE">
      <w:pPr>
        <w:spacing w:after="160"/>
        <w:ind w:left="360"/>
      </w:pPr>
      <w:r>
        <w:t>............................................................................................................................................................................</w:t>
      </w:r>
    </w:p>
    <w:p w:rsidR="00E51BEE" w:rsidRDefault="00E51BEE" w:rsidP="00E51BEE">
      <w:pPr>
        <w:spacing w:after="160"/>
        <w:ind w:left="360"/>
      </w:pPr>
      <w:r>
        <w:t>............................................................................................................................................................................</w:t>
      </w:r>
    </w:p>
    <w:p w:rsidR="00555820" w:rsidRDefault="00397BFF" w:rsidP="00555820">
      <w:pPr>
        <w:spacing w:after="160"/>
      </w:pPr>
      <w:r>
        <w:t>1.3 Name with initials</w:t>
      </w:r>
      <w:r w:rsidR="0089305F">
        <w:t xml:space="preserve"> </w:t>
      </w:r>
      <w:r>
        <w:t xml:space="preserve">(Mr / Mrs / Miss) </w:t>
      </w:r>
      <w:r w:rsidR="00555820">
        <w:t xml:space="preserve">(In Sinhala / Tamil) </w:t>
      </w:r>
      <w:r w:rsidR="0089305F">
        <w:tab/>
      </w:r>
      <w:r w:rsidR="00555820">
        <w:t>E.g. : M.G.B.S.K. Gunawardena.</w:t>
      </w:r>
    </w:p>
    <w:p w:rsidR="00E51BEE" w:rsidRDefault="00E51BEE" w:rsidP="00E51BEE">
      <w:pPr>
        <w:spacing w:after="160"/>
        <w:ind w:left="360"/>
      </w:pPr>
      <w:r>
        <w:t>............................................................................................................................................................................</w:t>
      </w:r>
    </w:p>
    <w:p w:rsidR="0089305F" w:rsidRDefault="0089305F" w:rsidP="0089305F">
      <w:pPr>
        <w:spacing w:after="160"/>
        <w:ind w:left="360"/>
      </w:pPr>
      <w:r>
        <w:t>............................................................................................................................................................................</w:t>
      </w:r>
    </w:p>
    <w:p w:rsidR="0089305F" w:rsidRDefault="00397BFF" w:rsidP="0089305F">
      <w:pPr>
        <w:pStyle w:val="ListParagraph"/>
        <w:numPr>
          <w:ilvl w:val="1"/>
          <w:numId w:val="11"/>
        </w:numPr>
        <w:spacing w:after="80"/>
      </w:pPr>
      <w:r>
        <w:t xml:space="preserve">Name with initials : </w:t>
      </w:r>
      <w:r w:rsidR="0089305F">
        <w:t>(In English block letters)</w:t>
      </w:r>
    </w:p>
    <w:p w:rsidR="0089305F" w:rsidRDefault="0089305F" w:rsidP="0089305F">
      <w:pPr>
        <w:pStyle w:val="ListParagraph"/>
        <w:spacing w:after="160"/>
        <w:ind w:left="360"/>
      </w:pPr>
      <w:r>
        <w:t>............................................................................................................................................................................</w:t>
      </w:r>
    </w:p>
    <w:p w:rsidR="00D577BE" w:rsidRDefault="0089305F" w:rsidP="0089305F">
      <w:pPr>
        <w:spacing w:after="160"/>
        <w:ind w:left="360"/>
      </w:pPr>
      <w:r>
        <w:t>............................................................................................................................................................................</w:t>
      </w:r>
    </w:p>
    <w:p w:rsidR="00B91998" w:rsidRDefault="00397BFF">
      <w:pPr>
        <w:spacing w:after="80"/>
      </w:pPr>
      <w:r>
        <w:t xml:space="preserve">2.0.2.1 Permanent Address : </w:t>
      </w:r>
      <w:r w:rsidR="00B91998">
        <w:t>(In Sinhala / Tamil)</w:t>
      </w:r>
    </w:p>
    <w:p w:rsidR="00E51BEE" w:rsidRDefault="00E51BEE" w:rsidP="00E51BEE">
      <w:pPr>
        <w:spacing w:after="160"/>
      </w:pPr>
      <w:r>
        <w:t>..................................................................................................................................................................................</w:t>
      </w:r>
    </w:p>
    <w:p w:rsidR="00E51BEE" w:rsidRDefault="00E51BEE" w:rsidP="00E51BEE">
      <w:pPr>
        <w:spacing w:after="160"/>
      </w:pPr>
      <w:r>
        <w:t>..................................................................................................................................................................................</w:t>
      </w:r>
    </w:p>
    <w:p w:rsidR="00B91998" w:rsidRDefault="00397BFF">
      <w:pPr>
        <w:spacing w:after="80"/>
      </w:pPr>
      <w:r>
        <w:t xml:space="preserve">2.2 Permanent Address : </w:t>
      </w:r>
      <w:r w:rsidR="00B91998">
        <w:t>(In English block letters)</w:t>
      </w:r>
    </w:p>
    <w:p w:rsidR="00E51BEE" w:rsidRDefault="00E51BEE" w:rsidP="00E51BEE">
      <w:pPr>
        <w:spacing w:after="160"/>
      </w:pPr>
      <w:r>
        <w:t>..................................................................................................................................................................................</w:t>
      </w:r>
    </w:p>
    <w:p w:rsidR="00E51BEE" w:rsidRDefault="00E51BEE" w:rsidP="00E51BEE">
      <w:pPr>
        <w:spacing w:after="160"/>
      </w:pPr>
      <w:r>
        <w:t>..................................................................................................................................................................................</w:t>
      </w:r>
    </w:p>
    <w:p w:rsidR="00EC4976" w:rsidRDefault="00E80F10">
      <w:pPr>
        <w:spacing w:after="120"/>
      </w:pPr>
      <w:r>
        <w:rPr>
          <w:b/>
          <w:noProof/>
          <w:u w:val="single"/>
          <w:lang w:bidi="si-LK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CA764F0" wp14:editId="6CD84206">
                <wp:simplePos x="0" y="0"/>
                <wp:positionH relativeFrom="column">
                  <wp:posOffset>2784629</wp:posOffset>
                </wp:positionH>
                <wp:positionV relativeFrom="paragraph">
                  <wp:posOffset>28575</wp:posOffset>
                </wp:positionV>
                <wp:extent cx="771525" cy="32385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2385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E35488" id="Rectangle 3" o:spid="_x0000_s1026" style="position:absolute;margin-left:219.25pt;margin-top:2.25pt;width:60.75pt;height:25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" fillcolor="white [3201]" strokecolor="black [3200]" strokeweight="1pt"/>
            </w:pict>
          </mc:Fallback>
        </mc:AlternateContent>
      </w:r>
      <w:r w:rsidR="00397BFF">
        <w:t xml:space="preserve">3.0.3.1 Female/Male: </w:t>
      </w:r>
      <w:r w:rsidR="00EC4976">
        <w:tab/>
      </w:r>
      <w:r>
        <w:tab/>
      </w:r>
      <w:r w:rsidR="00397BFF">
        <w:t>Female</w:t>
      </w:r>
      <w:r w:rsidR="00EC4976">
        <w:t xml:space="preserve"> </w:t>
      </w:r>
      <w:r w:rsidR="00397BFF">
        <w:t>-</w:t>
      </w:r>
      <w:r w:rsidR="00EC4976">
        <w:t xml:space="preserve"> </w:t>
      </w:r>
      <w:r w:rsidR="00397BFF">
        <w:t xml:space="preserve">1          </w:t>
      </w:r>
      <w:r w:rsidR="00EC4976">
        <w:tab/>
      </w:r>
      <w:r w:rsidR="00EC4976">
        <w:tab/>
      </w:r>
      <w:r w:rsidR="00EC4976">
        <w:tab/>
      </w:r>
      <w:r w:rsidR="00EC4976">
        <w:tab/>
        <w:t>(Write the number in the box)</w:t>
      </w:r>
    </w:p>
    <w:p w:rsidR="00D577BE" w:rsidRDefault="00397BFF" w:rsidP="00E80F10">
      <w:pPr>
        <w:spacing w:after="120"/>
        <w:ind w:left="2160" w:firstLine="720"/>
      </w:pPr>
      <w:r>
        <w:t>Male</w:t>
      </w:r>
      <w:r w:rsidR="00EC4976">
        <w:t xml:space="preserve"> </w:t>
      </w:r>
      <w:r>
        <w:t>-</w:t>
      </w:r>
      <w:r w:rsidR="00EC4976">
        <w:t xml:space="preserve"> </w:t>
      </w:r>
      <w:r>
        <w:t xml:space="preserve">0           </w:t>
      </w:r>
    </w:p>
    <w:p w:rsidR="00EC4976" w:rsidRDefault="00EC4976">
      <w:pPr>
        <w:spacing w:after="120"/>
      </w:pPr>
      <w:r>
        <w:rPr>
          <w:b/>
          <w:noProof/>
          <w:u w:val="single"/>
          <w:lang w:bidi="si-LK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49A0D6D" wp14:editId="1501E6B7">
                <wp:simplePos x="0" y="0"/>
                <wp:positionH relativeFrom="column">
                  <wp:posOffset>2785265</wp:posOffset>
                </wp:positionH>
                <wp:positionV relativeFrom="paragraph">
                  <wp:posOffset>55880</wp:posOffset>
                </wp:positionV>
                <wp:extent cx="771525" cy="3238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2385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7CFA7F" id="Rectangle 4" o:spid="_x0000_s1026" style="position:absolute;margin-left:219.3pt;margin-top:4.4pt;width:60.75pt;height:25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" fillcolor="white [3201]" strokecolor="black [3200]" strokeweight="1pt"/>
            </w:pict>
          </mc:Fallback>
        </mc:AlternateContent>
      </w:r>
      <w:r w:rsidR="00397BFF">
        <w:t xml:space="preserve">3.2 Married / Unmarried : </w:t>
      </w:r>
      <w:r>
        <w:t xml:space="preserve"> </w:t>
      </w:r>
      <w:r w:rsidR="00E80F10">
        <w:tab/>
      </w:r>
      <w:r w:rsidR="00397BFF">
        <w:t xml:space="preserve">Married - 1          </w:t>
      </w:r>
      <w:r w:rsidR="00E80F10">
        <w:tab/>
      </w:r>
      <w:r w:rsidR="00E80F10">
        <w:tab/>
      </w:r>
      <w:r w:rsidR="00E80F10">
        <w:tab/>
      </w:r>
      <w:r w:rsidR="00E80F10">
        <w:t>(Write the number in the box)</w:t>
      </w:r>
    </w:p>
    <w:p w:rsidR="00D577BE" w:rsidRDefault="00EC4976" w:rsidP="00EC4976">
      <w:pPr>
        <w:spacing w:after="120"/>
        <w:ind w:left="1440" w:firstLine="720"/>
      </w:pPr>
      <w:r>
        <w:t xml:space="preserve">       </w:t>
      </w:r>
      <w:r w:rsidR="00E80F10">
        <w:tab/>
      </w:r>
      <w:r w:rsidR="00397BFF">
        <w:t xml:space="preserve">Unmarried - 2           </w:t>
      </w:r>
      <w:r>
        <w:tab/>
      </w:r>
      <w:r>
        <w:tab/>
      </w:r>
      <w:r>
        <w:tab/>
      </w:r>
    </w:p>
    <w:p w:rsidR="00D577BE" w:rsidRDefault="00397BFF">
      <w:pPr>
        <w:spacing w:after="120"/>
      </w:pPr>
      <w:r>
        <w:t xml:space="preserve">3.3 Date of Birth: Year </w:t>
      </w:r>
      <w:r w:rsidR="00EC4976">
        <w:tab/>
        <w:t>.....................</w:t>
      </w:r>
      <w:r w:rsidR="00EC4976">
        <w:tab/>
      </w:r>
      <w:r w:rsidR="00E51BEE">
        <w:tab/>
      </w:r>
      <w:r>
        <w:t xml:space="preserve">Month </w:t>
      </w:r>
      <w:r w:rsidR="00EC4976">
        <w:tab/>
        <w:t>.....................</w:t>
      </w:r>
      <w:r w:rsidR="00EC4976">
        <w:tab/>
      </w:r>
      <w:r w:rsidR="00E51BEE">
        <w:tab/>
      </w:r>
      <w:r>
        <w:t xml:space="preserve">Date </w:t>
      </w:r>
      <w:r w:rsidR="00EC4976">
        <w:t>.....................</w:t>
      </w:r>
    </w:p>
    <w:p w:rsidR="00EC4976" w:rsidRDefault="00397BFF" w:rsidP="00EC4976">
      <w:pPr>
        <w:spacing w:after="120"/>
      </w:pPr>
      <w:r>
        <w:t>3.4 2026.........................</w:t>
      </w:r>
      <w:r w:rsidR="00EC4976">
        <w:t xml:space="preserve"> </w:t>
      </w:r>
      <w:r>
        <w:t xml:space="preserve">Age in years: </w:t>
      </w:r>
      <w:r w:rsidR="00E51BEE">
        <w:tab/>
      </w:r>
      <w:r>
        <w:t xml:space="preserve">Year </w:t>
      </w:r>
      <w:r w:rsidR="00EC4976">
        <w:t>.....................</w:t>
      </w:r>
      <w:r w:rsidR="00EC4976">
        <w:tab/>
      </w:r>
      <w:r>
        <w:t xml:space="preserve">Month </w:t>
      </w:r>
      <w:r w:rsidR="00EC4976">
        <w:t>.....................</w:t>
      </w:r>
      <w:r w:rsidR="00EC4976">
        <w:tab/>
      </w:r>
      <w:r>
        <w:t xml:space="preserve">Date </w:t>
      </w:r>
      <w:r w:rsidR="00EC4976">
        <w:t>.....................</w:t>
      </w:r>
    </w:p>
    <w:tbl>
      <w:tblPr>
        <w:tblpPr w:leftFromText="180" w:rightFromText="180" w:vertAnchor="text" w:horzAnchor="page" w:tblpX="4813" w:tblpY="114"/>
        <w:tblW w:w="0" w:type="auto"/>
        <w:tblLook w:val="04A0" w:firstRow="1" w:lastRow="0" w:firstColumn="1" w:lastColumn="0" w:noHBand="0" w:noVBand="1"/>
      </w:tblPr>
      <w:tblGrid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</w:tblGrid>
      <w:tr w:rsidR="00EC4976" w:rsidTr="00EC4976"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76" w:rsidRDefault="00EC4976" w:rsidP="00EC4976">
            <w:pPr>
              <w:spacing w:after="0"/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76" w:rsidRDefault="00EC4976" w:rsidP="00EC4976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76" w:rsidRDefault="00EC4976" w:rsidP="00EC4976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76" w:rsidRDefault="00EC4976" w:rsidP="00EC4976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76" w:rsidRDefault="00EC4976" w:rsidP="00EC4976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76" w:rsidRDefault="00EC4976" w:rsidP="00EC4976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76" w:rsidRDefault="00EC4976" w:rsidP="00EC4976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76" w:rsidRDefault="00EC4976" w:rsidP="00EC4976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76" w:rsidRDefault="00EC4976" w:rsidP="00EC4976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76" w:rsidRDefault="00EC4976" w:rsidP="00EC4976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76" w:rsidRDefault="00EC4976" w:rsidP="00EC4976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76" w:rsidRDefault="00EC4976" w:rsidP="00EC4976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</w:tbl>
    <w:p w:rsidR="00D577BE" w:rsidRDefault="00397BFF" w:rsidP="00EC4976">
      <w:pPr>
        <w:spacing w:after="120"/>
      </w:pPr>
      <w:r>
        <w:t>3.5 National Identity Card Number</w:t>
      </w:r>
    </w:p>
    <w:p w:rsidR="00D577BE" w:rsidRDefault="00D577BE">
      <w:pPr>
        <w:spacing w:after="80"/>
      </w:pPr>
    </w:p>
    <w:p w:rsidR="00D577BE" w:rsidRDefault="00397BFF">
      <w:pPr>
        <w:spacing w:after="240"/>
      </w:pPr>
      <w:r>
        <w:t>4.0.4.1. Contact Nmuber: Stable : .......................................</w:t>
      </w:r>
      <w:r w:rsidR="00CD0A26">
        <w:t>.......</w:t>
      </w:r>
      <w:r w:rsidR="00CD0A26">
        <w:tab/>
      </w:r>
      <w:r>
        <w:t xml:space="preserve"> Mobile : </w:t>
      </w:r>
      <w:r w:rsidR="00CD0A26">
        <w:t>..............................................</w:t>
      </w:r>
      <w:bookmarkStart w:id="0" w:name="_GoBack"/>
      <w:bookmarkEnd w:id="0"/>
    </w:p>
    <w:p w:rsidR="00D577BE" w:rsidRDefault="00397BFF" w:rsidP="00AC37C5">
      <w:r>
        <w:rPr>
          <w:b/>
        </w:rPr>
        <w:t>5.0 Educational Qualification</w:t>
      </w:r>
    </w:p>
    <w:p w:rsidR="00D577BE" w:rsidRDefault="00397BFF" w:rsidP="002E2877">
      <w:pPr>
        <w:spacing w:after="120"/>
      </w:pPr>
      <w:r>
        <w:t>5.1 Graduation</w:t>
      </w:r>
      <w:r w:rsidR="002E2877">
        <w:tab/>
      </w:r>
      <w:r w:rsidR="002E2877">
        <w:tab/>
      </w:r>
      <w:r w:rsidR="002E2877">
        <w:tab/>
      </w:r>
      <w:r w:rsidR="002E2877">
        <w:tab/>
        <w:t>University</w:t>
      </w:r>
      <w:r w:rsidR="002E2877">
        <w:tab/>
      </w:r>
      <w:r w:rsidR="002E2877">
        <w:tab/>
      </w:r>
      <w:r w:rsidR="002E2877">
        <w:tab/>
      </w:r>
      <w:r w:rsidR="002E2877">
        <w:tab/>
      </w:r>
      <w:r>
        <w:t xml:space="preserve">Date </w:t>
      </w:r>
    </w:p>
    <w:p w:rsidR="002E2877" w:rsidRDefault="002E2877" w:rsidP="002E2877">
      <w:pPr>
        <w:spacing w:after="120"/>
      </w:pPr>
      <w:r>
        <w:t>..........................................</w:t>
      </w:r>
      <w:r w:rsidR="000770F9">
        <w:t>.............</w:t>
      </w:r>
      <w:r>
        <w:tab/>
        <w:t>..........................................</w:t>
      </w:r>
      <w:r w:rsidR="000770F9">
        <w:t>.........</w:t>
      </w:r>
      <w:r w:rsidR="00EC0A12">
        <w:tab/>
      </w:r>
      <w:r w:rsidR="00EC0A12">
        <w:tab/>
        <w:t>………………………………………………</w:t>
      </w:r>
    </w:p>
    <w:p w:rsidR="002E2877" w:rsidRDefault="000770F9" w:rsidP="002E2877">
      <w:pPr>
        <w:spacing w:after="120"/>
      </w:pPr>
      <w:r>
        <w:t>.......................................................</w:t>
      </w:r>
      <w:r>
        <w:tab/>
        <w:t>...................................................</w:t>
      </w:r>
      <w:r w:rsidRPr="000770F9">
        <w:t xml:space="preserve"> </w:t>
      </w:r>
      <w:r w:rsidR="00EC0A12">
        <w:tab/>
        <w:t>………………………………………………</w:t>
      </w:r>
    </w:p>
    <w:p w:rsidR="00985301" w:rsidRDefault="00985301" w:rsidP="002E2877">
      <w:pPr>
        <w:spacing w:after="120"/>
      </w:pPr>
      <w:r>
        <w:t>.......................................................</w:t>
      </w:r>
      <w:r>
        <w:tab/>
        <w:t>...................................................</w:t>
      </w:r>
      <w:r w:rsidRPr="000770F9">
        <w:t xml:space="preserve"> </w:t>
      </w:r>
      <w:r>
        <w:tab/>
        <w:t>………………………………………………</w:t>
      </w:r>
    </w:p>
    <w:p w:rsidR="00D577BE" w:rsidRDefault="00397BFF">
      <w:pPr>
        <w:spacing w:after="160"/>
      </w:pPr>
      <w:r>
        <w:t>6.0 Date of taking oath as an Advocate of the Supreme Court : ......................................................................</w:t>
      </w:r>
      <w:r w:rsidR="00C54171">
        <w:t>......</w:t>
      </w:r>
      <w:r>
        <w:t>..</w:t>
      </w:r>
    </w:p>
    <w:p w:rsidR="00D577BE" w:rsidRDefault="00E51BEE">
      <w:pPr>
        <w:spacing w:after="160"/>
      </w:pPr>
      <w:r>
        <w:t>6.1 Date of completion of 01</w:t>
      </w:r>
      <w:r w:rsidR="00397BFF">
        <w:t xml:space="preserve"> years of experience after taking the oath in the Supreme Court : ........................................</w:t>
      </w:r>
      <w:r w:rsidR="000770F9">
        <w:t>...............................................................................................................</w:t>
      </w:r>
      <w:r w:rsidR="00C54171">
        <w:t>........................</w:t>
      </w:r>
      <w:r w:rsidR="000770F9">
        <w:t>...</w:t>
      </w:r>
    </w:p>
    <w:p w:rsidR="00C54171" w:rsidRDefault="00397BFF" w:rsidP="00C54171">
      <w:pPr>
        <w:spacing w:after="160"/>
      </w:pPr>
      <w:r>
        <w:t xml:space="preserve">6.2 Date of </w:t>
      </w:r>
      <w:r w:rsidR="00E51BEE">
        <w:t>Completion of 01</w:t>
      </w:r>
      <w:r>
        <w:t xml:space="preserve"> years of experience in a legal position in a government institution: </w:t>
      </w:r>
      <w:r w:rsidR="00C54171">
        <w:t>..................................................................................................................................................................................</w:t>
      </w:r>
    </w:p>
    <w:p w:rsidR="00D577BE" w:rsidRDefault="00397BFF" w:rsidP="00C54171">
      <w:pPr>
        <w:spacing w:after="160"/>
      </w:pPr>
      <w:r>
        <w:rPr>
          <w:i/>
          <w:sz w:val="19"/>
        </w:rPr>
        <w:t>*Certificates \ Documents providing basic qualifications must be certified as authentic by the applicant himself and submitted with the applications.</w:t>
      </w:r>
    </w:p>
    <w:p w:rsidR="00D577BE" w:rsidRDefault="00397BFF">
      <w:pPr>
        <w:spacing w:after="120"/>
      </w:pPr>
      <w:r>
        <w:rPr>
          <w:b/>
        </w:rPr>
        <w:t>7.0. Details regarding the eligibility criteria under No. 06 of the call for application notice:</w:t>
      </w:r>
    </w:p>
    <w:p w:rsidR="00466865" w:rsidRDefault="00397BFF" w:rsidP="00466865">
      <w:pPr>
        <w:spacing w:after="160"/>
      </w:pPr>
      <w:r>
        <w:t xml:space="preserve">7.1 Additional Educational Qualification : </w:t>
      </w:r>
      <w:r w:rsidR="00466865">
        <w:t>..................................................................................................................................................................................</w:t>
      </w:r>
    </w:p>
    <w:p w:rsidR="00985301" w:rsidRDefault="00985301" w:rsidP="00466865">
      <w:pPr>
        <w:spacing w:after="160"/>
      </w:pPr>
      <w:r>
        <w:t>..................................................................................................................................................................................</w:t>
      </w:r>
    </w:p>
    <w:p w:rsidR="000B6D04" w:rsidRDefault="000B6D04" w:rsidP="00466865">
      <w:pPr>
        <w:spacing w:after="160"/>
      </w:pPr>
      <w:r>
        <w:t>..................................................................................................................................................................................</w:t>
      </w:r>
    </w:p>
    <w:p w:rsidR="00466865" w:rsidRDefault="00397BFF" w:rsidP="00466865">
      <w:pPr>
        <w:spacing w:after="160"/>
      </w:pPr>
      <w:r>
        <w:t xml:space="preserve">7.2 Additional Professional Experience : </w:t>
      </w:r>
      <w:r w:rsidR="00466865">
        <w:t>..................................................................................................................................................................................</w:t>
      </w:r>
    </w:p>
    <w:p w:rsidR="00985301" w:rsidRDefault="00985301" w:rsidP="00466865">
      <w:pPr>
        <w:spacing w:after="160"/>
      </w:pPr>
      <w:r>
        <w:t>..................................................................................................................................................................................</w:t>
      </w:r>
    </w:p>
    <w:p w:rsidR="000B6D04" w:rsidRDefault="000B6D04" w:rsidP="00466865">
      <w:pPr>
        <w:spacing w:after="160"/>
      </w:pPr>
      <w:r>
        <w:t>..................................................................................................................................................................................</w:t>
      </w:r>
    </w:p>
    <w:p w:rsidR="00466865" w:rsidRDefault="00397BFF" w:rsidP="00466865">
      <w:pPr>
        <w:spacing w:after="160"/>
      </w:pPr>
      <w:r>
        <w:t xml:space="preserve">7.3 Knowledge of Information Technology : </w:t>
      </w:r>
      <w:r w:rsidR="00466865">
        <w:t>..................................................................................................................................................................................</w:t>
      </w:r>
    </w:p>
    <w:p w:rsidR="00985301" w:rsidRDefault="00985301" w:rsidP="00466865">
      <w:pPr>
        <w:spacing w:after="160"/>
      </w:pPr>
      <w:r>
        <w:t>..................................................................................................................................................................................</w:t>
      </w:r>
    </w:p>
    <w:p w:rsidR="00466865" w:rsidRDefault="00397BFF" w:rsidP="00466865">
      <w:pPr>
        <w:spacing w:after="160"/>
      </w:pPr>
      <w:r>
        <w:t xml:space="preserve">7.4 Language Eligibility : </w:t>
      </w:r>
      <w:r w:rsidR="00466865">
        <w:t>..................................................................................................................................................................................</w:t>
      </w:r>
    </w:p>
    <w:p w:rsidR="000B6D04" w:rsidRDefault="00985301" w:rsidP="00466865">
      <w:pPr>
        <w:spacing w:after="160"/>
      </w:pPr>
      <w:r>
        <w:t>..................................................................................................................................................................................</w:t>
      </w:r>
    </w:p>
    <w:p w:rsidR="00D577BE" w:rsidRDefault="00397BFF" w:rsidP="00466865">
      <w:pPr>
        <w:spacing w:after="160"/>
      </w:pPr>
      <w:r>
        <w:rPr>
          <w:i/>
          <w:sz w:val="19"/>
        </w:rPr>
        <w:t>*Documents providing additional qualification do not need to be sent with the application, and it is the applicants responsibility to have these documents ready to present at the interview.</w:t>
      </w:r>
    </w:p>
    <w:p w:rsidR="000F7ACA" w:rsidRDefault="000F7ACA" w:rsidP="00466865">
      <w:pPr>
        <w:spacing w:after="120"/>
        <w:rPr>
          <w:b/>
        </w:rPr>
      </w:pPr>
    </w:p>
    <w:p w:rsidR="00D577BE" w:rsidRDefault="00397BFF" w:rsidP="00466865">
      <w:pPr>
        <w:spacing w:after="120"/>
        <w:rPr>
          <w:i/>
        </w:rPr>
      </w:pPr>
      <w:r>
        <w:rPr>
          <w:b/>
        </w:rPr>
        <w:lastRenderedPageBreak/>
        <w:t>8.0 Have you ever been convicted of any charge by a court of law?</w:t>
      </w:r>
      <w:r w:rsidR="00466865">
        <w:tab/>
      </w:r>
      <w:r>
        <w:rPr>
          <w:i/>
        </w:rPr>
        <w:t>(If yes please describe.)</w:t>
      </w:r>
    </w:p>
    <w:p w:rsidR="00466865" w:rsidRDefault="00466865" w:rsidP="00466865">
      <w:pPr>
        <w:spacing w:after="160"/>
      </w:pPr>
      <w:r>
        <w:t>..................................................................................................................................................................................</w:t>
      </w:r>
    </w:p>
    <w:p w:rsidR="000B6D04" w:rsidRDefault="000B6D04" w:rsidP="00466865">
      <w:pPr>
        <w:spacing w:after="160"/>
      </w:pPr>
      <w:r>
        <w:t>..................................................................................................................................................................................</w:t>
      </w:r>
    </w:p>
    <w:p w:rsidR="00D577BE" w:rsidRDefault="00397BFF">
      <w:pPr>
        <w:spacing w:after="120"/>
      </w:pPr>
      <w:r>
        <w:rPr>
          <w:b/>
        </w:rPr>
        <w:t>9.0 Applicants Certificate:-</w:t>
      </w:r>
    </w:p>
    <w:p w:rsidR="00D577BE" w:rsidRDefault="00397BFF">
      <w:pPr>
        <w:spacing w:after="240"/>
      </w:pPr>
      <w:r>
        <w:t>I declare that the information provided by me in this application is true and correct and that all sections have been completed correctly. I am aware that if this statement made by me is proven to be false, I will be disqualified before appointment and subject to dismissal after appointment, and I am subject to all laws and regulations.</w:t>
      </w:r>
    </w:p>
    <w:p w:rsidR="00D577BE" w:rsidRDefault="00397BFF" w:rsidP="00466865">
      <w:r>
        <w:t>Date : ........................................                                              Applicants Signature : ........................................</w:t>
      </w:r>
    </w:p>
    <w:p w:rsidR="00D577BE" w:rsidRDefault="00397BFF">
      <w:pPr>
        <w:spacing w:after="120"/>
      </w:pPr>
      <w:r>
        <w:rPr>
          <w:b/>
        </w:rPr>
        <w:t>10.0 Applicant's signature verification:</w:t>
      </w:r>
    </w:p>
    <w:p w:rsidR="00466865" w:rsidRDefault="00397BFF" w:rsidP="00466865">
      <w:pPr>
        <w:spacing w:after="160"/>
      </w:pPr>
      <w:r>
        <w:t xml:space="preserve">This application is submitted by : </w:t>
      </w:r>
      <w:r w:rsidR="00466865">
        <w:t>..................................................................................................................................................................................</w:t>
      </w:r>
    </w:p>
    <w:p w:rsidR="00D577BE" w:rsidRDefault="00397BFF" w:rsidP="00466865">
      <w:pPr>
        <w:spacing w:after="120"/>
      </w:pPr>
      <w:r>
        <w:t>I certify that Mr/ Mrs/ Miss knows me personally and that He/ She affixed His/ Her signature in my presence on the date.</w:t>
      </w:r>
    </w:p>
    <w:p w:rsidR="00466865" w:rsidRDefault="00466865">
      <w:pPr>
        <w:spacing w:after="120"/>
      </w:pPr>
      <w:r>
        <w:t>....................................................................................................</w:t>
      </w:r>
    </w:p>
    <w:p w:rsidR="00D577BE" w:rsidRDefault="00397BFF">
      <w:pPr>
        <w:spacing w:after="120"/>
      </w:pPr>
      <w:r>
        <w:t>Signature of the of</w:t>
      </w:r>
      <w:r w:rsidR="00466865">
        <w:t xml:space="preserve">ficer certifying the signature </w:t>
      </w:r>
      <w:r>
        <w:t xml:space="preserve"> </w:t>
      </w:r>
    </w:p>
    <w:p w:rsidR="00D577BE" w:rsidRDefault="00397BFF" w:rsidP="00466865">
      <w:pPr>
        <w:spacing w:after="120"/>
        <w:ind w:left="720"/>
      </w:pPr>
      <w:r>
        <w:t>Full Name : .....................................................................................................................</w:t>
      </w:r>
      <w:r w:rsidR="00466865">
        <w:t>.............................</w:t>
      </w:r>
    </w:p>
    <w:p w:rsidR="00D577BE" w:rsidRDefault="00397BFF" w:rsidP="00466865">
      <w:pPr>
        <w:spacing w:after="120"/>
        <w:ind w:left="720"/>
      </w:pPr>
      <w:r>
        <w:t>Position : .....................................................................................................................................................</w:t>
      </w:r>
    </w:p>
    <w:p w:rsidR="00D577BE" w:rsidRDefault="00397BFF" w:rsidP="00466865">
      <w:pPr>
        <w:spacing w:after="120"/>
        <w:ind w:left="720"/>
      </w:pPr>
      <w:r>
        <w:t>Date : .....................................................................................................................................................</w:t>
      </w:r>
      <w:r w:rsidR="00466865">
        <w:t>.....</w:t>
      </w:r>
    </w:p>
    <w:p w:rsidR="00D577BE" w:rsidRDefault="00397BFF" w:rsidP="00466865">
      <w:pPr>
        <w:spacing w:after="280"/>
        <w:ind w:left="720"/>
      </w:pPr>
      <w:r>
        <w:rPr>
          <w:i/>
        </w:rPr>
        <w:t>(Verify with official seal)</w:t>
      </w:r>
    </w:p>
    <w:p w:rsidR="00D577BE" w:rsidRDefault="00397BFF">
      <w:pPr>
        <w:spacing w:after="120"/>
      </w:pPr>
      <w:r>
        <w:rPr>
          <w:b/>
        </w:rPr>
        <w:t>11.0 Recommendation of the Head of Department: (Only for appointed officers in the Public Service)</w:t>
      </w:r>
    </w:p>
    <w:p w:rsidR="00D577BE" w:rsidRDefault="00397BFF">
      <w:pPr>
        <w:spacing w:after="120"/>
      </w:pPr>
      <w:r>
        <w:t>The details mentioned above ...........................................................................................</w:t>
      </w:r>
      <w:r w:rsidR="00A8433C">
        <w:t>.............</w:t>
      </w:r>
      <w:r>
        <w:t xml:space="preserve"> Mr/ Mrs/ Miss</w:t>
      </w:r>
    </w:p>
    <w:p w:rsidR="00D577BE" w:rsidRDefault="00397BFF">
      <w:r>
        <w:t>I certify that I am employed by this institution, that the information provided by him/ her is correct, that his/ her work and attendance are satisfactory, that there are no changes against him/ her, and that if selected for this position, he/ she may be released from the service of this institution.</w:t>
      </w:r>
    </w:p>
    <w:p w:rsidR="00A8433C" w:rsidRDefault="00A8433C">
      <w:pPr>
        <w:spacing w:after="120"/>
      </w:pPr>
      <w:r>
        <w:t>....................................................................................................</w:t>
      </w:r>
    </w:p>
    <w:p w:rsidR="00D577BE" w:rsidRDefault="00397BFF">
      <w:pPr>
        <w:spacing w:after="120"/>
      </w:pPr>
      <w:r>
        <w:t>Signature of the He</w:t>
      </w:r>
      <w:r w:rsidR="00A8433C">
        <w:t xml:space="preserve">ad of Department/ Institution </w:t>
      </w:r>
    </w:p>
    <w:p w:rsidR="00D577BE" w:rsidRDefault="00397BFF" w:rsidP="00A8433C">
      <w:pPr>
        <w:spacing w:after="120"/>
        <w:ind w:left="720"/>
      </w:pPr>
      <w:r>
        <w:t>Name : .....................................................................................................................................................</w:t>
      </w:r>
    </w:p>
    <w:p w:rsidR="00D577BE" w:rsidRDefault="00397BFF" w:rsidP="00A8433C">
      <w:pPr>
        <w:spacing w:after="120"/>
        <w:ind w:left="720"/>
      </w:pPr>
      <w:r>
        <w:t>Position : .....................................................................................................................................................</w:t>
      </w:r>
    </w:p>
    <w:p w:rsidR="00D577BE" w:rsidRDefault="00397BFF" w:rsidP="00A8433C">
      <w:pPr>
        <w:spacing w:after="120"/>
        <w:ind w:left="720"/>
      </w:pPr>
      <w:r>
        <w:t>Address : .....................................................................................................................................................</w:t>
      </w:r>
    </w:p>
    <w:p w:rsidR="00D577BE" w:rsidRDefault="00397BFF" w:rsidP="00A8433C">
      <w:pPr>
        <w:spacing w:after="120"/>
        <w:ind w:left="720"/>
      </w:pPr>
      <w:r>
        <w:t>Date : .....................................................................................................................................................</w:t>
      </w:r>
    </w:p>
    <w:p w:rsidR="00D577BE" w:rsidRDefault="00397BFF" w:rsidP="00A8433C">
      <w:pPr>
        <w:spacing w:after="120"/>
        <w:ind w:left="720"/>
      </w:pPr>
      <w:r>
        <w:rPr>
          <w:i/>
        </w:rPr>
        <w:t>(Apply official seal)</w:t>
      </w:r>
    </w:p>
    <w:sectPr w:rsidR="00D577BE" w:rsidSect="00034616">
      <w:headerReference w:type="default" r:id="rId8"/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DD7" w:rsidRDefault="00B06DD7" w:rsidP="00A321F4">
      <w:pPr>
        <w:spacing w:after="0" w:line="240" w:lineRule="auto"/>
      </w:pPr>
      <w:r>
        <w:separator/>
      </w:r>
    </w:p>
  </w:endnote>
  <w:endnote w:type="continuationSeparator" w:id="0">
    <w:p w:rsidR="00B06DD7" w:rsidRDefault="00B06DD7" w:rsidP="00A32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Iskoola Pota">
    <w:panose1 w:val="02010503010101010104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94762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321F4" w:rsidRDefault="00A321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7B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321F4" w:rsidRDefault="00A321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DD7" w:rsidRDefault="00B06DD7" w:rsidP="00A321F4">
      <w:pPr>
        <w:spacing w:after="0" w:line="240" w:lineRule="auto"/>
      </w:pPr>
      <w:r>
        <w:separator/>
      </w:r>
    </w:p>
  </w:footnote>
  <w:footnote w:type="continuationSeparator" w:id="0">
    <w:p w:rsidR="00B06DD7" w:rsidRDefault="00B06DD7" w:rsidP="00A32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1F4" w:rsidRDefault="00EF74CB" w:rsidP="00EF74CB">
    <w:pPr>
      <w:pStyle w:val="Header"/>
      <w:tabs>
        <w:tab w:val="clear" w:pos="4680"/>
        <w:tab w:val="clear" w:pos="9360"/>
        <w:tab w:val="left" w:pos="3629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0100AE4"/>
    <w:multiLevelType w:val="multilevel"/>
    <w:tmpl w:val="DBDE4F74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486102EA"/>
    <w:multiLevelType w:val="multilevel"/>
    <w:tmpl w:val="F2D46F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647A"/>
    <w:rsid w:val="0006063C"/>
    <w:rsid w:val="000770F9"/>
    <w:rsid w:val="000B6D04"/>
    <w:rsid w:val="000F7ACA"/>
    <w:rsid w:val="001179CB"/>
    <w:rsid w:val="0015074B"/>
    <w:rsid w:val="00193375"/>
    <w:rsid w:val="00263DFA"/>
    <w:rsid w:val="0029639D"/>
    <w:rsid w:val="002E2877"/>
    <w:rsid w:val="00326F90"/>
    <w:rsid w:val="00397BFF"/>
    <w:rsid w:val="00466865"/>
    <w:rsid w:val="00555820"/>
    <w:rsid w:val="00577E6D"/>
    <w:rsid w:val="005A585E"/>
    <w:rsid w:val="0060188A"/>
    <w:rsid w:val="006862AA"/>
    <w:rsid w:val="008026CA"/>
    <w:rsid w:val="0089305F"/>
    <w:rsid w:val="008D7BCB"/>
    <w:rsid w:val="00985301"/>
    <w:rsid w:val="00A321F4"/>
    <w:rsid w:val="00A8433C"/>
    <w:rsid w:val="00AA1D8D"/>
    <w:rsid w:val="00AC37C5"/>
    <w:rsid w:val="00B06DD7"/>
    <w:rsid w:val="00B47730"/>
    <w:rsid w:val="00B91998"/>
    <w:rsid w:val="00C54171"/>
    <w:rsid w:val="00CB0664"/>
    <w:rsid w:val="00CD0A26"/>
    <w:rsid w:val="00D445DA"/>
    <w:rsid w:val="00D577BE"/>
    <w:rsid w:val="00D968BD"/>
    <w:rsid w:val="00E41BBE"/>
    <w:rsid w:val="00E51BEE"/>
    <w:rsid w:val="00E80F10"/>
    <w:rsid w:val="00EC0A12"/>
    <w:rsid w:val="00EC4976"/>
    <w:rsid w:val="00EE268E"/>
    <w:rsid w:val="00EF74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AC210C88-9A2F-47D3-A01E-B5EB7279E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86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2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3E414A-387B-44EA-8405-D47366124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9943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2</cp:revision>
  <cp:lastPrinted>2026-09-23T10:28:00Z</cp:lastPrinted>
  <dcterms:created xsi:type="dcterms:W3CDTF">2026-09-23T10:44:00Z</dcterms:created>
  <dcterms:modified xsi:type="dcterms:W3CDTF">2026-09-23T10:44:00Z</dcterms:modified>
  <cp:category/>
</cp:coreProperties>
</file>